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גלובליזציה – כפר עולמי · יסודי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מְטוֹס מִטְעָן – מְטוֹס הַמִּטְעָן! רַק הוּא חוֹצֶה אוֹקְיָנוֹס בְּיוֹם אֶחָד, וְכָךְ פְּרִי שֶׁ"קָטְפוּ לִפְנֵי יוֹמַיִם" מַגִּיעַ אֵלֵינוּ טָרִי.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מַפְרִיד בֵּינֵינוּ לְבֵין דְּרוֹם אֲמֶרִיקָה? ← אוֹקְיָנוֹס עֲנָקִי (שולל: מַשָּׂאִית)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לָמָּה גַּם רַכֶּבֶת הַמַּשָּׂא לֹא יְכוֹלָה לִהְיוֹת הָאַשֶּׁמֶת? ← הִיא נוֹסַעַת רַק עַל הַיַּבָּשָׁה (שולל: רַכֶּבֶת מַשָּׂא)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מָתַי קָטְפוּ אֶת הָאֻכְמָנִיּוֹת בַּחֲוָה? ← לִפְנֵי יוֹמַיִם (שולל: אֳנִיַּת מְכוֹלוֹת)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מְכוֹלָה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נָמָל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סַחַר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כְּפָר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יַבֶּשֶׁת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הָעוֹלָם מְחֻבָּר – וְגַם אַתֶּם חֵלֶק מִמֶּנּוּ! 🌍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שרשרת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מַטַּע הַקָּקָאוֹ: קָרוֹב לְקַו הַמַּשְׁוֶה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הַנָּמָל: מְכוֹלָה ↔ קֻפְסַת בַּרְזֶל עֲנָקִית לְמִטְעָן · נָמָל ↔ מָקוֹם שֶׁבּוֹ אֳנִיּוֹת עוֹגְנוֹת · מָנוֹף ↔ מְכוֹנָה שֶׁמְּרִימָה מַשָּׂאוֹת כְּבֵדִים · יְצוּא ↔ מְכִירַת סְחוֹרָה לְאֶרֶץ אַחֶרֶת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אֳנִיָּה בַּיָּם: כִּי פּוֹלִים יְבֵשִׁים לֹא מִתְקַלְקְלִים מַהֵר, וְאֳנִיָּה זוֹלָה יוֹתֵר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הַמִּפְעָל: קְלִיָּה ↔ מְחַמְּמִים אֶת הַפּוֹלִים · טְחִינָה ↔ הוֹפְכִים אֶת הַפּוֹלִים לְמִשְׁחָה · עִרְבּוּב ↔ מוֹסִיפִים סֻכָּר וְחָלָב · אֲרִיזָה ↔ עוֹטְפִים אֶת הַטַּבְלָה → 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הַחֲנוּת בְּיִשְׂרָאֵל: שַׁרְשֶׁרֶת אַסְפָּקָה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כֻּתְנָה גְּדֵלָה בַּשָּׂדֶה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טוֹוִים מֵהַכֻּתְנָה חוּטִים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תּוֹפְרִים חֻלְצָה בַּמִּפְעָל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מַכְנִיסִים אֶת הַחֻלְצוֹת לִמְכוֹלָה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הָאֳנִיָּה מַפְלִיגָה לַנָּמָל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הַחֻלְצָה מְחַכָּה עַל הַמַּדָּף בַּחֲנוּת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יִתְרוֹן 👍: אֶפְשָׁר לֶאֱכֹל פֵּרוֹת מִכָּל הָעוֹלָם · מַכִּירִים תַּרְבֻּיּוֹת שֶׁל אֲנָשִׁים אֲחֵרִים · יֵשׁ עֲבוֹדָה לַאֲנָשִׁים בַּאֲרָצוֹת רַבּוֹת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חִסָּרוֹן 👎: אֳנִיּוֹת וּמְטוֹסִים מְזַהֲמִים אֶת הָאֲוִיר · קוֹנִים הַרְבֵּה וְזוֹרְקִים הַרְבֵּה · בַּעֲלֵי מְלָאכָה מְקוֹמִיִּים מִתְקַשִּׁים לְהִתְחָרוֹת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אֳנִיָּה 🚢: אֶלֶף מְכוֹנִיּוֹת חֲדָשׁוֹת · אַלְפֵי שַׂקֵּי אֹרֶז מִיַּבֶּשֶׁת אַחֶרֶת · עֵצִים כְּבֵדִים לִבְנִיַּת רָהִיטִים מֵעֵבֶר לַיָּם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מָטוֹס ✈️: פְּרָחִים טְרִיִּים לְאֶרֶץ רְחוֹקָה · תְּרוּפָה דְּחוּפָה לְמָקוֹם רָחוֹק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מַשָּׂאִית 🚚: לֶחֶם מֵהַמַּאֲפִיָּה לָעִיר הַסְּמוּכָה · חָלָב מֵהָרֶפֶת לַחֲנוּת בָּעִיר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לָמָּה תָּפְרוּ אוֹתָהּ כָּל כָּךְ רָחוֹק? ← כִּי שָׁם יֵשׁ מִפְעָלִים רַבִּים וְהַיִּצּוּר זוֹל יוֹתֵר. ההמשך: הַמּוֹרָה דָּנָה הִסְבִּירָה: "חֲבָרוֹת רַבּוֹת תּוֹפְרוֹת בְּגָדִים בַּאֲרָצוֹת שֶׁבָּהֶן הַיִּצּוּר זוֹל יוֹתֵר. כָּךְ הַבֶּגֶד עוֹלֶה פָּחוֹת."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קוֹרֶה כְּשֶׁבְּגָדִים זוֹלִים מְאוֹד? ← אֲנָשִׁים קוֹנִים יוֹתֵר וְזוֹרְקִים יוֹתֵר. ההמשך: הַמּוֹרָה סִפְּרָה עַל "אָפְנָה מְהִירָה": בְּגָדִים זוֹלִים, הַרְבֵּה קְנִיּוֹת – וְהַרְבֵּה בְּגָדִים שֶׁנִּזְרָקִים אַחֲרֵי זְמַן קָצָר.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לְדַעְתְּכֶם הִיא תַּחְלִיט לַעֲשׂוֹת? ← לָתֵת אוֹתָן לְמִישֶׁהוּ אַחֵר. ההמשך: אַגַּם הֵבִיאָה אֶת הַחֻלְצוֹת לְפִנַּת הַחְלָפָה בַּכִּתָּה. יֶלֶד מִכִּתָּה ג׳ שָׂמַח מְאוֹד לְקַבֵּל אוֹתָן.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מָה הֵם יְגַלּוּ? ← הַבְּגָדִים הִגִּיעוּ מֵאֲרָצוֹת רַבּוֹת. ההמשך: עַל הַלּוּחַ הֵם כָּתְבוּ שְׁמוֹת שֶׁל אֲרָצוֹת רַבּוֹת מִיַּבָּשׁוֹת שׁוֹנוֹת. "הַבְּגָדִים שֶׁלָּנוּ טִיְּלוּ יוֹתֵר מֵאִתָּנוּ!" צָחֲקָה אַגַּם.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מִפְעָל – כִּי הוּא לֹא מוֹבִיל סְחוֹרָה – בּוֹ מְיַצְּרִים אוֹתָהּ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הַר הָאֶוֶרֶסְט – כִּי אֳנִיּוֹת לֹא עוֹבְרוֹת בּוֹ – הַשְּׁלֹשָׁה הָאֲחֵרִים הֵם קִצּוּרֵי דֶּרֶךְ בַּיָּם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מַחְשֵׁב – כִּי הוּא מוּצָר שֶׁמְּיַצְּרִים בְּמִפְעָל – הַשְּׁאָר צוֹמְחִים בָּאֲדָמָה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יוֹנַת דֹּאַר – כִּי הִיא לֹא עוֹבֶרֶת בָּאִינְטֶרְנֶט – הִיא אִטִּית וּמַגִּיעָה רַק לְמָקוֹם קָרוֹב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קְנִיָּה וּזְרִיקָה מְהִירָה – כִּי הִיא לֹא שׁוֹמֶרֶת עַל הַסְּבִיבָה – הַשְּׁאָר נוֹתְנִים לַחֵפֶץ חַיִּים אֲרֻכִּים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הַחֻלְצָה עָבְרָה מַסָּע אָרֹךְ עַד אֵלֵינוּ · 2) כִּי אֳנִיָּה נוֹשֵׂאת הַרְבֵּה וְזֶה זוֹל יוֹתֵר · 3) כִּתָּה מְשׂוֹחַחַת בַּמַּחְשֵׁב עִם כִּתָּה בְּאֶרֶץ אַחֶרֶת · 4) הִיא יְכוֹלָה לְהִשְׁתַּנּוֹת, וּכְדַאי לִשְׁמֹר עָלֶיהָ · 5) בִּתְעָלַת סוּאֵץ · 6) הַשָּׂדֶה הוּא חֻלְיָה רִאשׁוֹנָה בְּשַׁרְשֶׁרֶת הָאַסְפָּקָה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לא נכון · 2)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בַּהַתְחָלָה · (2) אַחַר כָּךְ · (3) כִּי · (4) אֲבָל · (5) עַכְשָׁו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לָה-נְמַל → לַנָּמֵל · מְכוּלוֹת גָּדוֹל → מְכוּלוֹת גְּדוֹלוֹת · הָאֳנִיָּה הַגָּדוֹל → הָאֳנִיָּה הַגְּדוֹלָה · בָּהּ-שָׁבוּעַ → בְּשָׁבוּעַ · הַיְּלָדִים שִׂמְחָה → הַיְּלָדִים שָׂמְחוּ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מָטוֹס – הַמָּטוֹס ✈️! הוּא טָס מֵעַל הַיָּם וּמַגִּיעַ בְּיוֹם אֶחָד. כָּךְ הַפְּרָחִים לֹא נָבְלוּ.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יֵשׁ בֵּינֵינוּ לְבֵין הָאֶרֶץ הָרְחוֹקָה? ← יָם גָּדוֹל 🌊 (שולל: אוֹפַנַּיִם)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אַחֲרֵי כַּמָּה זְמַן הִגִּיעוּ הַפְּרָחִים? ← אַחֲרֵי יוֹם אֶחָד (שולל: אֳנִיָּה)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נָמָל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מְכוֹלָה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מָטוֹס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יֵשׁ! פִּעְנַחְתֶּם 🎉 הָעוֹלָם מְחֻבָּר!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כפר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הַשָּׂדֶה: כֻּתְנָה ☁️ → כ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הַנָּמָל: מְכוֹלוֹת 📦 → 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הַבַּיִת: לָתֵת לְמִישֶׁהוּ 🎁 → 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כֻּתְנָה בַּשָּׂדֶה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🧵 עוֹשִׂים חוּטִים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👕 תּוֹפְרִים חֻלְצָה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🛍️ הַחֻלְצָה בַּחֲנוּת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בַּיָּם 🌊: 🚢 אֳנִיָּה · ⛵ סִירָה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בָּאֲוִיר ☁️: ✈️ מָטוֹס · 🚁 מַסּוֹק · 🎈 כַּדּוּר פּוֹרֵחַ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אֵיךְ הֵן יְדַבְּרוּ הֲכִי מַהֵר? ← בְּשִׂיחַת וִידֵאוֹ 💻. ההמשך: לִי וְהַיַּלְדָּה מְדַבְּרוֹת בְּשִׂיחַת וִידֵאוֹ. הֵן רוֹאוֹת זוֹ אֶת זוֹ!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הַשָּׁעָה אֵצֶל הַיַּלְדָּה הָרְחוֹקָה? ← אוּלַי כְּבָר לַיְלָה 🌙. ההמשך: הַיַּלְדָּה צוֹחֶקֶת: "אֶצְלִי כְּבָר לַיְלָה 🌙!"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לִי תַּעֲשֶׂה? ← תַּרְאֶה מַאֲכָל מֵהַבַּיִת שֶׁלָּהּ 🥙. ההמשך: לִי מַרְאָה פָלָאפֶל 🥙. שְׁתֵּיהֶן לוֹמְדוֹת מַשֶּׁהוּ חָדָשׁ.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🍎 תַּפּוּחַ – כִּי הוּא לֹא מוֹבִיל דְּבָרִים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🌳 יַעַר – כִּי הוּא לֹא חֵלֶק מֵהַנָּמָל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🗑️ זְרִיקָה – כִּי הִיא מוֹסִיפָה פְּסֹלֶת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בָּאֳנִיָּה · 2) מִבַּד · 3) בַּנָּמֵל · 4) כְּפָר עוֹלָמִי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קֹדֶם · (2) אַחַר כָּךְ · (3) כִּי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לָה-נְמַל → לַנָּמֵל · אֳנִיָּה גָּדוֹל → אֳנִיָּה גְּדוֹלָה · הַמְּכוּלוֹת הָיָה → הַמְּכוּלוֹת הָיוּ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אִינְטֶרְנֶט – הָאִינְטֶרְנֶט 🌐! הַשִּׂיחָה "מַגִּיעָה מִיָּד" וְהֵן "רוֹאוֹת זוֹ אֶת זוֹ עַל הַמָּסָךְ". כָּךְ חֲבֵרוּת נִשְׁמֶרֶת גַּם מֵרָחוֹק.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מָתַי מַגִּיעַ מִכְתָּב בַּדֹּאַר? ← אַחֲרֵי כַּמָּה שָׁבוּעוֹת (שולל: מִכְתָּב)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כַּמָּה פְּעָמִים מַרְיָה טָסָה לְאַנָּה? ← פַּעַם בְּשָׁנָה (שולל: מָטוֹס)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אֵיפֹה הֵן רוֹאוֹת זוֹ אֶת זוֹ? ← עַל הַמָּסָךְ (שולל: מָטוֹס, מִכְתָּב)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מוּצָר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קָפֶה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נָמָל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עוֹלָם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הַכָּבוֹד! הָעוֹלָם כֻּלּוֹ בַּסַּל שֶׁלָּכֶם 🧺🌍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חַוַּת הַקָּפֶה: שֶׁמֶשׁ וְגֶשֶׁם → 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הַנָּמָל: נָמָל ↔ מָקוֹם לָאֳנִיּוֹת · מְכוֹלָה ↔ קֻפְסָה גְּדוֹלָה מְאוֹד · מַשָּׂאִית ↔ נוֹסַעַת עַל הַכְּבִישׁ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בַּיָּם: יְצוּא ↔ מוֹכְרִים לְאֶרֶץ אַחֶרֶת · יְבוּא ↔ קוֹנִים מֵאֶרֶץ אַחֶרֶת · סַחַר ↔ קוֹנִים וּמוֹכְרִים → 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הַחֲנוּת בְּיִשְׂרָאֵל: כְּפָר עוֹלָמִי → 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הַקָּפֶה גָּדֵל בַּחַוָּה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שָׂמִים אֶת הַקָּפֶה בִּמְכוֹלָה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הָאֳנִיָּה שָׁטָה בַּיָּם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הָאֳנִיָּה מַגִּיעָה לַנָּמָל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הַמַּשָּׂאִית נוֹסַעַת לַחֲנוּת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בְּכָל הָעוֹלָם 🌍: מִשְׂחַק כַּדּוּרֶגֶל · טֶלֶפוֹן חָכָם · אִינְטֶרְנֶט · סֶרֶט מְצֻיָּר מְפֻרְסָם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בְּמָקוֹם אֶחָד 🏡: שִׁיר עַם בִּשְׂפָה שֶׁל כְּפָר קָטָן · מַאֲכָל מְיֻחָד שֶׁל הָעִיר שֶׁלִּי · רִקּוּד שֶׁל קְהִלָּה אַחַת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אַתֶּם חוֹשְׁבִים? ← מֵהַרְבֵּה אֲרָצוֹת. ההמשך: בַּטֶּלֶפוֹן יֵשׁ חֲלָקִים מֵהַרְבֵּה אֲרָצוֹת. מְחַבְּרִים אוֹתָם בְּמִפְעָל אֶחָד.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יִקְרֶה לַחֲבֵרוּת? ← הִיא תִּמָּשֵׁךְ. ההמשך: יוֹסֵף וְהֶחָבֵר מְדַבְּרִים כָּל שָׁבוּעַ. הַחֲבֵרוּת מַמְשִׁיכָה גַּם מֵרָחוֹק.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הוּא יַעֲשֶׂה עִם הַטֶּלֶפוֹן הַיָּשָׁן? ← יִתֵּן לְמִחְזוּר. ההמשך: יוֹסֵף נָתַן אֶת הַטֶּלֶפוֹן לִנְקֻדַּת מִחְזוּר. שָׁם מוֹצִיאִים מִמֶּנּוּ חֳמָרִים טוֹבִים.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שֶׁלֶג – כִּי הוּא לֹא קָשׁוּר לִקְנִיָּה וּמְכִירָה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יִשְׂרָאֵל – כִּי הִיא מְדִינָה – הַשְּׁאָר יַבָּשׁוֹת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מַחְשֵׁב – כִּי הוּא לֹא מוֹבִיל אֲנָשִׁים וּסְחוֹרָה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נָמָל – כִּי הוּא לֹא אֹכֶל – הוּא מָקוֹם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לַחֻלְצָה שֶׁל מָאיָה הָיָה מַסָּע אָרֹךְ · 2) הוּא פּוֹתֵחַ אֶת הַשְּׁאֵלָה: מֵאֵיפֹה הַחֻלְצָה? · 3) הָאֳנִיָּה · 4) כִּי הִיא מְבִינָה שֶׁגַּם הִיא עָשְׂתָה מַסָּע, כְּמוֹ הַחֻלְצָה · 5) מַסָּע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נכון · 3) לא נכון · 4) נכון · 5) לא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קֹדֶם · (2) אַחַר כָּךְ · (3) כִּי · (4) אֲבָל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לָה-חֲנוּת → לַחֲנוּת · חֻלְצָה כָּחֹל → חֻלְצָה כְּחֻלָּה · הַחֻלְצוֹת הָיָה → הַחֻלְצוֹת הָיוּ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אֻכְמָנִיּוֹת בַּחֹרֶף מְיֻבָּאוֹת לְעִתִּים קְרוֹבוֹת מִדְּרוֹם אֲמֶרִיקָה, וְחֵלֶק מֵהֶן בְּמָטוֹס –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כֻּתְנָה לְחֻלְצָה אַחַת – "אַלְפֵי לִיטְרֵי מַיִם" (הַמִּסְפָּר הַמְּקֻבָּל ≈2,700 לִיטְרִים) –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קָקָאוֹ גָּדֵל בְּעִקָּר בְּאֵזוֹר קַו הַמַּשְׁוֶה, וְרֹב הַקָּקָאוֹ בָּעוֹלָם מִמַּעֲרַב אַפְרִיקָה.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שֶׁבַע יַבָּשׁוֹת – לְפִי הַחֲלֻקָּה הַמְּקֻבֶּלֶת בְּיִשְׂרָאֵל.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״אונייה גדולה נושאת אלפי מכולות״ – נכון לאוניות המכולות הגדולות; לוודא אם מציגים מספר מדויק.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תעלת סואץ – בין הים התיכון לים סוף; תעלת פנמה – בין האוקיינוס האטלנטי לאוקיינוס השקט.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״רוב הסחורות בין ארצות רחוקות נוסעות באוניות״ – נכון לפי נפח הסחר; לוודא אם מציגים אחוז.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פולי קקאו גדלים באזורים חמים ולחים ליד קו המשווה.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כדאי לעבור על הניקוד לפני הדפסה.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🌍 גלובליזציה – כפר עולמי · יסודי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